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251D0" w14:textId="3EFFED53" w:rsidR="006B10B2" w:rsidRDefault="00BA505B" w:rsidP="00BA505B">
      <w:pPr>
        <w:pStyle w:val="Naslov1"/>
      </w:pPr>
      <w:r>
        <w:t>Lunch Items – Picture Frames</w:t>
      </w:r>
    </w:p>
    <w:p w14:paraId="5E0C285F" w14:textId="77777777" w:rsidR="00BA505B" w:rsidRPr="00BA505B" w:rsidRDefault="00BA505B" w:rsidP="00BA505B"/>
    <w:tbl>
      <w:tblPr>
        <w:tblW w:w="0" w:type="auto"/>
        <w:tblLook w:val="04A0" w:firstRow="1" w:lastRow="0" w:firstColumn="1" w:lastColumn="0" w:noHBand="0" w:noVBand="1"/>
      </w:tblPr>
      <w:tblGrid>
        <w:gridCol w:w="8856"/>
      </w:tblGrid>
      <w:tr w:rsidR="006B10B2" w14:paraId="3EF6AB17" w14:textId="77777777">
        <w:tc>
          <w:tcPr>
            <w:tcW w:w="8640" w:type="dxa"/>
          </w:tcPr>
          <w:p w14:paraId="07897268" w14:textId="060BDF41" w:rsidR="006B10B2" w:rsidRDefault="00BA505B">
            <w:r>
              <w:rPr>
                <w:noProof/>
              </w:rPr>
              <w:drawing>
                <wp:inline distT="0" distB="0" distL="0" distR="0" wp14:anchorId="64F68DBF" wp14:editId="6979F07D">
                  <wp:extent cx="5486400" cy="3657600"/>
                  <wp:effectExtent l="0" t="0" r="0" b="0"/>
                  <wp:docPr id="2" name="Slika 2" descr="rice with meat and vegetable d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ce with meat and vegetable d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0E6ABF" w14:textId="7B4066F6" w:rsidR="006B10B2" w:rsidRDefault="006B10B2"/>
    <w:p w14:paraId="7C21EF9C" w14:textId="33FB8A6C" w:rsidR="006B10B2" w:rsidRDefault="006B10B2">
      <w:pPr>
        <w:pStyle w:val="Naslov2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856"/>
      </w:tblGrid>
      <w:tr w:rsidR="006B10B2" w14:paraId="30A08270" w14:textId="77777777">
        <w:tc>
          <w:tcPr>
            <w:tcW w:w="8640" w:type="dxa"/>
          </w:tcPr>
          <w:p w14:paraId="3CF225CA" w14:textId="50477BE0" w:rsidR="006B10B2" w:rsidRDefault="00BA505B">
            <w:r>
              <w:rPr>
                <w:noProof/>
              </w:rPr>
              <w:drawing>
                <wp:inline distT="0" distB="0" distL="0" distR="0" wp14:anchorId="1D3FF3D1" wp14:editId="028C0279">
                  <wp:extent cx="5486400" cy="3660775"/>
                  <wp:effectExtent l="0" t="0" r="0" b="0"/>
                  <wp:docPr id="4" name="Slika 4" descr="Free Lunch Pail Can photo and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ree Lunch Pail Can photo and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66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B8C42D" w14:textId="77777777" w:rsidR="006B10B2" w:rsidRDefault="00BA505B">
      <w:r>
        <w:br/>
      </w:r>
    </w:p>
    <w:p w14:paraId="42C166C0" w14:textId="108FB4DC" w:rsidR="00BA505B" w:rsidRDefault="00BA505B" w:rsidP="00BA505B">
      <w:r>
        <w:rPr>
          <w:noProof/>
        </w:rPr>
        <w:lastRenderedPageBreak/>
        <w:drawing>
          <wp:inline distT="0" distB="0" distL="0" distR="0" wp14:anchorId="0A6CA5E7" wp14:editId="69EFEA47">
            <wp:extent cx="5486400" cy="4114800"/>
            <wp:effectExtent l="0" t="0" r="0" b="0"/>
            <wp:docPr id="5" name="Slika 5" descr="brown and purple bread in brown cardboar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own and purple bread in brown cardboard bo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1298DD51" w14:textId="77777777" w:rsidR="00BA505B" w:rsidRDefault="00BA505B" w:rsidP="00BA505B">
      <w:pPr>
        <w:rPr>
          <w:noProof/>
        </w:rPr>
      </w:pPr>
    </w:p>
    <w:p w14:paraId="7DCB3432" w14:textId="77777777" w:rsidR="00BA505B" w:rsidRDefault="00BA505B" w:rsidP="00BA505B">
      <w:pPr>
        <w:rPr>
          <w:noProof/>
        </w:rPr>
      </w:pPr>
    </w:p>
    <w:p w14:paraId="017C7D83" w14:textId="77777777" w:rsidR="00BA505B" w:rsidRDefault="00BA505B" w:rsidP="00BA505B"/>
    <w:p w14:paraId="155CE76B" w14:textId="77777777" w:rsidR="00BA505B" w:rsidRDefault="00BA505B" w:rsidP="00BA505B"/>
    <w:p w14:paraId="292372D4" w14:textId="1FE7A976" w:rsidR="00BA505B" w:rsidRDefault="00BA505B" w:rsidP="00BA505B">
      <w:r>
        <w:rPr>
          <w:noProof/>
        </w:rPr>
        <w:lastRenderedPageBreak/>
        <w:drawing>
          <wp:inline distT="0" distB="0" distL="0" distR="0" wp14:anchorId="315E3424" wp14:editId="2D3575D8">
            <wp:extent cx="5829300" cy="328612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F34E51" w14:textId="13BB7590" w:rsidR="00BA505B" w:rsidRPr="00BA505B" w:rsidRDefault="00BA505B" w:rsidP="00BA505B">
      <w:pPr>
        <w:rPr>
          <w:b/>
          <w:bCs/>
        </w:rPr>
      </w:pPr>
      <w:r>
        <w:rPr>
          <w:noProof/>
        </w:rPr>
        <w:drawing>
          <wp:inline distT="0" distB="0" distL="0" distR="0" wp14:anchorId="3682A720" wp14:editId="7486E119">
            <wp:extent cx="5486400" cy="3656330"/>
            <wp:effectExtent l="0" t="0" r="0" b="1270"/>
            <wp:docPr id="8" name="Slika 8" descr="Free Lunch Box Lunch photo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ree Lunch Box Lunch photo and 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19EA3" w14:textId="77777777" w:rsidR="00BA505B" w:rsidRDefault="00BA505B" w:rsidP="00BA505B"/>
    <w:p w14:paraId="232EAA06" w14:textId="77777777" w:rsidR="00BA505B" w:rsidRDefault="00BA505B" w:rsidP="00BA505B"/>
    <w:p w14:paraId="5F36B394" w14:textId="77777777" w:rsidR="00BA505B" w:rsidRDefault="00BA505B" w:rsidP="00BA505B"/>
    <w:p w14:paraId="5CAA8ED7" w14:textId="7598FDA5" w:rsidR="00BA505B" w:rsidRDefault="00BA505B" w:rsidP="00BA505B">
      <w:r>
        <w:rPr>
          <w:noProof/>
        </w:rPr>
        <w:lastRenderedPageBreak/>
        <w:drawing>
          <wp:inline distT="0" distB="0" distL="0" distR="0" wp14:anchorId="6BCA3DD9" wp14:editId="2BF50AB3">
            <wp:extent cx="5486400" cy="3660775"/>
            <wp:effectExtent l="0" t="0" r="0" b="0"/>
            <wp:docPr id="9" name="Slika 9" descr="Free Pizza Food photo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ree Pizza Food photo and 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0AC94" w14:textId="77777777" w:rsidR="00BA505B" w:rsidRDefault="00BA505B" w:rsidP="00BA505B"/>
    <w:p w14:paraId="73759587" w14:textId="416C3D8E" w:rsidR="00BA505B" w:rsidRDefault="00BA505B" w:rsidP="00BA505B">
      <w:r>
        <w:rPr>
          <w:noProof/>
        </w:rPr>
        <w:drawing>
          <wp:inline distT="0" distB="0" distL="0" distR="0" wp14:anchorId="230E35DF" wp14:editId="19836422">
            <wp:extent cx="5486400" cy="3086100"/>
            <wp:effectExtent l="0" t="0" r="0" b="0"/>
            <wp:docPr id="10" name="Slika 10" descr="Free Shawarma Food photo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ree Shawarma Food photo and 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E0C8E" w14:textId="77777777" w:rsidR="00BA505B" w:rsidRDefault="00BA505B" w:rsidP="00BA505B"/>
    <w:p w14:paraId="6509D181" w14:textId="728D963C" w:rsidR="00BA505B" w:rsidRPr="00BA505B" w:rsidRDefault="00BA505B" w:rsidP="00BA505B">
      <w:r>
        <w:rPr>
          <w:noProof/>
        </w:rPr>
        <w:lastRenderedPageBreak/>
        <w:drawing>
          <wp:inline distT="0" distB="0" distL="0" distR="0" wp14:anchorId="395259FC" wp14:editId="3B218546">
            <wp:extent cx="5486400" cy="3660775"/>
            <wp:effectExtent l="0" t="0" r="0" b="0"/>
            <wp:docPr id="11" name="Slika 11" descr="Free Sandwich Food photo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ree Sandwich Food photo and 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05B" w:rsidRPr="00BA505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Otevile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Otevile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Oznaenseznam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Oznaenseznam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11858785">
    <w:abstractNumId w:val="8"/>
  </w:num>
  <w:num w:numId="2" w16cid:durableId="1518424341">
    <w:abstractNumId w:val="6"/>
  </w:num>
  <w:num w:numId="3" w16cid:durableId="1856187123">
    <w:abstractNumId w:val="5"/>
  </w:num>
  <w:num w:numId="4" w16cid:durableId="2107266931">
    <w:abstractNumId w:val="4"/>
  </w:num>
  <w:num w:numId="5" w16cid:durableId="2014069451">
    <w:abstractNumId w:val="7"/>
  </w:num>
  <w:num w:numId="6" w16cid:durableId="1335913120">
    <w:abstractNumId w:val="3"/>
  </w:num>
  <w:num w:numId="7" w16cid:durableId="1671634274">
    <w:abstractNumId w:val="2"/>
  </w:num>
  <w:num w:numId="8" w16cid:durableId="1342049831">
    <w:abstractNumId w:val="1"/>
  </w:num>
  <w:num w:numId="9" w16cid:durableId="413164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6B10B2"/>
    <w:rsid w:val="00AA1D8D"/>
    <w:rsid w:val="00B47730"/>
    <w:rsid w:val="00BA505B"/>
    <w:rsid w:val="00CB0664"/>
    <w:rsid w:val="00E4784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00B154F"/>
  <w14:defaultImageDpi w14:val="300"/>
  <w15:docId w15:val="{F0CE616E-8F3A-4A14-AAB7-DEEF61804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C693F"/>
  </w:style>
  <w:style w:type="paragraph" w:styleId="Naslov1">
    <w:name w:val="heading 1"/>
    <w:basedOn w:val="Navaden"/>
    <w:next w:val="Navaden"/>
    <w:link w:val="Naslov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618BF"/>
  </w:style>
  <w:style w:type="paragraph" w:styleId="Noga">
    <w:name w:val="footer"/>
    <w:basedOn w:val="Navaden"/>
    <w:link w:val="Nog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618BF"/>
  </w:style>
  <w:style w:type="paragraph" w:styleId="Brezrazmikov">
    <w:name w:val="No Spacing"/>
    <w:uiPriority w:val="1"/>
    <w:qFormat/>
    <w:rsid w:val="00FC693F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">
    <w:name w:val="Title"/>
    <w:basedOn w:val="Navaden"/>
    <w:next w:val="Navaden"/>
    <w:link w:val="Naslov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FC693F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unhideWhenUsed/>
    <w:rsid w:val="00AA1D8D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rsid w:val="00AA1D8D"/>
  </w:style>
  <w:style w:type="paragraph" w:styleId="Telobesedila2">
    <w:name w:val="Body Text 2"/>
    <w:basedOn w:val="Navaden"/>
    <w:link w:val="Telobesedila2Znak"/>
    <w:uiPriority w:val="99"/>
    <w:unhideWhenUsed/>
    <w:rsid w:val="00AA1D8D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rsid w:val="00AA1D8D"/>
  </w:style>
  <w:style w:type="paragraph" w:styleId="Telobesedila3">
    <w:name w:val="Body Text 3"/>
    <w:basedOn w:val="Navaden"/>
    <w:link w:val="Telobesedila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rsid w:val="00AA1D8D"/>
    <w:rPr>
      <w:sz w:val="16"/>
      <w:szCs w:val="16"/>
    </w:rPr>
  </w:style>
  <w:style w:type="paragraph" w:styleId="Seznam">
    <w:name w:val="List"/>
    <w:basedOn w:val="Navade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avade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avaden"/>
    <w:uiPriority w:val="99"/>
    <w:unhideWhenUsed/>
    <w:rsid w:val="00326F90"/>
    <w:pPr>
      <w:ind w:left="1080" w:hanging="360"/>
      <w:contextualSpacing/>
    </w:pPr>
  </w:style>
  <w:style w:type="paragraph" w:styleId="Oznaenseznam">
    <w:name w:val="List Bullet"/>
    <w:basedOn w:val="Navaden"/>
    <w:uiPriority w:val="99"/>
    <w:unhideWhenUsed/>
    <w:rsid w:val="00326F90"/>
    <w:pPr>
      <w:numPr>
        <w:numId w:val="1"/>
      </w:numPr>
      <w:contextualSpacing/>
    </w:pPr>
  </w:style>
  <w:style w:type="paragraph" w:styleId="Oznaenseznam2">
    <w:name w:val="List Bullet 2"/>
    <w:basedOn w:val="Navaden"/>
    <w:uiPriority w:val="99"/>
    <w:unhideWhenUsed/>
    <w:rsid w:val="00326F90"/>
    <w:pPr>
      <w:numPr>
        <w:numId w:val="2"/>
      </w:numPr>
      <w:contextualSpacing/>
    </w:pPr>
  </w:style>
  <w:style w:type="paragraph" w:styleId="Oznaenseznam3">
    <w:name w:val="List Bullet 3"/>
    <w:basedOn w:val="Navaden"/>
    <w:uiPriority w:val="99"/>
    <w:unhideWhenUsed/>
    <w:rsid w:val="00326F90"/>
    <w:pPr>
      <w:numPr>
        <w:numId w:val="3"/>
      </w:numPr>
      <w:contextualSpacing/>
    </w:pPr>
  </w:style>
  <w:style w:type="paragraph" w:styleId="Otevilenseznam">
    <w:name w:val="List Number"/>
    <w:basedOn w:val="Navaden"/>
    <w:uiPriority w:val="99"/>
    <w:unhideWhenUsed/>
    <w:rsid w:val="00326F90"/>
    <w:pPr>
      <w:numPr>
        <w:numId w:val="5"/>
      </w:numPr>
      <w:contextualSpacing/>
    </w:pPr>
  </w:style>
  <w:style w:type="paragraph" w:styleId="Otevilenseznam2">
    <w:name w:val="List Number 2"/>
    <w:basedOn w:val="Navaden"/>
    <w:uiPriority w:val="99"/>
    <w:unhideWhenUsed/>
    <w:rsid w:val="0029639D"/>
    <w:pPr>
      <w:numPr>
        <w:numId w:val="6"/>
      </w:numPr>
      <w:contextualSpacing/>
    </w:pPr>
  </w:style>
  <w:style w:type="paragraph" w:styleId="Otevilenseznam3">
    <w:name w:val="List Number 3"/>
    <w:basedOn w:val="Navaden"/>
    <w:uiPriority w:val="99"/>
    <w:unhideWhenUsed/>
    <w:rsid w:val="0029639D"/>
    <w:pPr>
      <w:numPr>
        <w:numId w:val="7"/>
      </w:numPr>
      <w:contextualSpacing/>
    </w:pPr>
  </w:style>
  <w:style w:type="paragraph" w:styleId="Seznam-nadaljevanje">
    <w:name w:val="List Continue"/>
    <w:basedOn w:val="Navaden"/>
    <w:uiPriority w:val="99"/>
    <w:unhideWhenUsed/>
    <w:rsid w:val="0029639D"/>
    <w:pPr>
      <w:spacing w:after="120"/>
      <w:ind w:left="360"/>
      <w:contextualSpacing/>
    </w:pPr>
  </w:style>
  <w:style w:type="paragraph" w:styleId="Seznam-nadaljevanje2">
    <w:name w:val="List Continue 2"/>
    <w:basedOn w:val="Navaden"/>
    <w:uiPriority w:val="99"/>
    <w:unhideWhenUsed/>
    <w:rsid w:val="0029639D"/>
    <w:pPr>
      <w:spacing w:after="120"/>
      <w:ind w:left="720"/>
      <w:contextualSpacing/>
    </w:pPr>
  </w:style>
  <w:style w:type="paragraph" w:styleId="Seznam-nadaljevanje3">
    <w:name w:val="List Continue 3"/>
    <w:basedOn w:val="Navaden"/>
    <w:uiPriority w:val="99"/>
    <w:unhideWhenUsed/>
    <w:rsid w:val="0029639D"/>
    <w:pPr>
      <w:spacing w:after="120"/>
      <w:ind w:left="1080"/>
      <w:contextualSpacing/>
    </w:pPr>
  </w:style>
  <w:style w:type="paragraph" w:styleId="Makrobesedilo">
    <w:name w:val="macro"/>
    <w:link w:val="Makrobesedilo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rsid w:val="0029639D"/>
    <w:rPr>
      <w:rFonts w:ascii="Courier" w:hAnsi="Courier"/>
      <w:sz w:val="20"/>
      <w:szCs w:val="20"/>
    </w:rPr>
  </w:style>
  <w:style w:type="paragraph" w:styleId="Citat">
    <w:name w:val="Quote"/>
    <w:basedOn w:val="Navaden"/>
    <w:next w:val="Navaden"/>
    <w:link w:val="CitatZnak"/>
    <w:uiPriority w:val="29"/>
    <w:qFormat/>
    <w:rsid w:val="00FC693F"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sid w:val="00FC693F"/>
    <w:rPr>
      <w:i/>
      <w:iCs/>
      <w:color w:val="000000" w:themeColor="text1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repko">
    <w:name w:val="Strong"/>
    <w:basedOn w:val="Privzetapisavaodstavka"/>
    <w:uiPriority w:val="22"/>
    <w:qFormat/>
    <w:rsid w:val="00FC693F"/>
    <w:rPr>
      <w:b/>
      <w:bCs/>
    </w:rPr>
  </w:style>
  <w:style w:type="character" w:styleId="Poudarek">
    <w:name w:val="Emphasis"/>
    <w:basedOn w:val="Privzetapisavaodstavka"/>
    <w:uiPriority w:val="20"/>
    <w:qFormat/>
    <w:rsid w:val="00FC693F"/>
    <w:rPr>
      <w:i/>
      <w:iCs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FC693F"/>
    <w:rPr>
      <w:b/>
      <w:bCs/>
      <w:i/>
      <w:iCs/>
      <w:color w:val="4F81BD" w:themeColor="accent1"/>
    </w:rPr>
  </w:style>
  <w:style w:type="character" w:styleId="Neenpoudarek">
    <w:name w:val="Subtle Emphasis"/>
    <w:basedOn w:val="Privzetapisavaodstavka"/>
    <w:uiPriority w:val="19"/>
    <w:qFormat/>
    <w:rsid w:val="00FC693F"/>
    <w:rPr>
      <w:i/>
      <w:iCs/>
      <w:color w:val="808080" w:themeColor="text1" w:themeTint="7F"/>
    </w:rPr>
  </w:style>
  <w:style w:type="character" w:styleId="Intenzivenpoudarek">
    <w:name w:val="Intense Emphasis"/>
    <w:basedOn w:val="Privzetapisavaodstavka"/>
    <w:uiPriority w:val="21"/>
    <w:qFormat/>
    <w:rsid w:val="00FC693F"/>
    <w:rPr>
      <w:b/>
      <w:bCs/>
      <w:i/>
      <w:iCs/>
      <w:color w:val="4F81BD" w:themeColor="accent1"/>
    </w:rPr>
  </w:style>
  <w:style w:type="character" w:styleId="Neensklic">
    <w:name w:val="Subtle Reference"/>
    <w:basedOn w:val="Privzetapisavaodstavka"/>
    <w:uiPriority w:val="31"/>
    <w:qFormat/>
    <w:rsid w:val="00FC693F"/>
    <w:rPr>
      <w:smallCaps/>
      <w:color w:val="C0504D" w:themeColor="accent2"/>
      <w:u w:val="single"/>
    </w:rPr>
  </w:style>
  <w:style w:type="character" w:styleId="Intenzivensklic">
    <w:name w:val="Intense Reference"/>
    <w:basedOn w:val="Privzetapisavaodstavk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aslovknjige">
    <w:name w:val="Book Title"/>
    <w:basedOn w:val="Privzetapisavaodstavka"/>
    <w:uiPriority w:val="33"/>
    <w:qFormat/>
    <w:rsid w:val="00FC693F"/>
    <w:rPr>
      <w:b/>
      <w:b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FC693F"/>
    <w:pPr>
      <w:outlineLvl w:val="9"/>
    </w:pPr>
  </w:style>
  <w:style w:type="table" w:styleId="Tabelamrea">
    <w:name w:val="Table Grid"/>
    <w:basedOn w:val="Navadnatabel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osenenje">
    <w:name w:val="Light Shading"/>
    <w:basedOn w:val="Navadnatabel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poudarek1">
    <w:name w:val="Light Shading Accent 1"/>
    <w:basedOn w:val="Navadnatabel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etlosenenjepoudarek2">
    <w:name w:val="Light Shading Accent 2"/>
    <w:basedOn w:val="Navadnatabel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etlosenenjepoudarek3">
    <w:name w:val="Light Shading Accent 3"/>
    <w:basedOn w:val="Navadnatabel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etlosenenjepoudarek4">
    <w:name w:val="Light Shading Accent 4"/>
    <w:basedOn w:val="Navadnatabel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etlosenenjepoudarek5">
    <w:name w:val="Light Shading Accent 5"/>
    <w:basedOn w:val="Navadnatabel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etlosenenjepoudarek6">
    <w:name w:val="Light Shading Accent 6"/>
    <w:basedOn w:val="Navadnatabel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etelseznam">
    <w:name w:val="Light List"/>
    <w:basedOn w:val="Navadnatabel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elseznampoudarek1">
    <w:name w:val="Light List Accent 1"/>
    <w:basedOn w:val="Navadnatabel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etelseznampoudarek2">
    <w:name w:val="Light List Accent 2"/>
    <w:basedOn w:val="Navadnatabe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etelseznampoudarek3">
    <w:name w:val="Light List Accent 3"/>
    <w:basedOn w:val="Navadnatabe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etelseznampoudarek4">
    <w:name w:val="Light List Accent 4"/>
    <w:basedOn w:val="Navadnatabe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etelseznampoudarek5">
    <w:name w:val="Light List Accent 5"/>
    <w:basedOn w:val="Navadnatabe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etelseznampoudarek6">
    <w:name w:val="Light List Accent 6"/>
    <w:basedOn w:val="Navadnatabe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etlamrea">
    <w:name w:val="Light Grid"/>
    <w:basedOn w:val="Navadnatabe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mreapoudarek1">
    <w:name w:val="Light Grid Accent 1"/>
    <w:basedOn w:val="Navadnatabe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etlamreapoudarek2">
    <w:name w:val="Light Grid Accent 2"/>
    <w:basedOn w:val="Navadnatabe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etlamreapoudarek3">
    <w:name w:val="Light Grid Accent 3"/>
    <w:basedOn w:val="Navadnatabe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etlamreapoudarek4">
    <w:name w:val="Light Grid Accent 4"/>
    <w:basedOn w:val="Navadnatabe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etlamreapoudarek5">
    <w:name w:val="Light Grid Accent 5"/>
    <w:basedOn w:val="Navadnatabe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etlamreapoudarek6">
    <w:name w:val="Light Grid Accent 6"/>
    <w:basedOn w:val="Navadnatabe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rednjesenenje1">
    <w:name w:val="Medium Shading 1"/>
    <w:basedOn w:val="Navadnatabe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1">
    <w:name w:val="Medium Shading 1 Accent 1"/>
    <w:basedOn w:val="Navadnatabe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2">
    <w:name w:val="Medium Shading 1 Accent 2"/>
    <w:basedOn w:val="Navadnatabe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3">
    <w:name w:val="Medium Shading 1 Accent 3"/>
    <w:basedOn w:val="Navadnatabe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4">
    <w:name w:val="Medium Shading 1 Accent 4"/>
    <w:basedOn w:val="Navadnatabe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5">
    <w:name w:val="Medium Shading 1 Accent 5"/>
    <w:basedOn w:val="Navadnatabe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6">
    <w:name w:val="Medium Shading 1 Accent 6"/>
    <w:basedOn w:val="Navadnatabe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avadnatabe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enenje2poudarek1">
    <w:name w:val="Medium Shading 2 Accent 1"/>
    <w:basedOn w:val="Navadnatabe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enenje2poudarek2">
    <w:name w:val="Medium Shading 2 Accent 2"/>
    <w:basedOn w:val="Navadnatabe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enenje2poudarek3">
    <w:name w:val="Medium Shading 2 Accent 3"/>
    <w:basedOn w:val="Navadnatabe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enenje2poudarek4">
    <w:name w:val="Medium Shading 2 Accent 4"/>
    <w:basedOn w:val="Navadnatabe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enenje2poudarek5">
    <w:name w:val="Medium Shading 2 Accent 5"/>
    <w:basedOn w:val="Navadnatabe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enenje2poudarek6">
    <w:name w:val="Medium Shading 2 Accent 6"/>
    <w:basedOn w:val="Navadnatabe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iseznam1">
    <w:name w:val="Medium List 1"/>
    <w:basedOn w:val="Navadnatabe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seznam1poudarek1">
    <w:name w:val="Medium List 1 Accent 1"/>
    <w:basedOn w:val="Navadnatabe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rednjiseznam1poudarek2">
    <w:name w:val="Medium List 1 Accent 2"/>
    <w:basedOn w:val="Navadnatabe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rednjiseznam1poudarek3">
    <w:name w:val="Medium List 1 Accent 3"/>
    <w:basedOn w:val="Navadnatabe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rednjiseznam1poudarek4">
    <w:name w:val="Medium List 1 Accent 4"/>
    <w:basedOn w:val="Navadnatabe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rednjiseznam1poudarek5">
    <w:name w:val="Medium List 1 Accent 5"/>
    <w:basedOn w:val="Navadnatabe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rednjiseznam1poudarek6">
    <w:name w:val="Medium List 1 Accent 6"/>
    <w:basedOn w:val="Navadnatabe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rednjiseznam2">
    <w:name w:val="Medium List 2"/>
    <w:basedOn w:val="Navadnatabe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1">
    <w:name w:val="Medium List 2 Accent 1"/>
    <w:basedOn w:val="Navadnatabe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2">
    <w:name w:val="Medium List 2 Accent 2"/>
    <w:basedOn w:val="Navadnatabe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3">
    <w:name w:val="Medium List 2 Accent 3"/>
    <w:basedOn w:val="Navadnatabe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4">
    <w:name w:val="Medium List 2 Accent 4"/>
    <w:basedOn w:val="Navadnatabe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5">
    <w:name w:val="Medium List 2 Accent 5"/>
    <w:basedOn w:val="Navadnatabe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6">
    <w:name w:val="Medium List 2 Accent 6"/>
    <w:basedOn w:val="Navadnatabe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mrea1">
    <w:name w:val="Medium Grid 1"/>
    <w:basedOn w:val="Navadnatabe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mrea1poudarek1">
    <w:name w:val="Medium Grid 1 Accent 1"/>
    <w:basedOn w:val="Navadnatabe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rednjamrea1poudarek2">
    <w:name w:val="Medium Grid 1 Accent 2"/>
    <w:basedOn w:val="Navadnatabe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rednjamrea1poudarek3">
    <w:name w:val="Medium Grid 1 Accent 3"/>
    <w:basedOn w:val="Navadnatabe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rednjamrea1poudarek4">
    <w:name w:val="Medium Grid 1 Accent 4"/>
    <w:basedOn w:val="Navadnatabe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rednjamrea1poudarek5">
    <w:name w:val="Medium Grid 1 Accent 5"/>
    <w:basedOn w:val="Navadnatabe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rednjamrea1poudarek6">
    <w:name w:val="Medium Grid 1 Accent 6"/>
    <w:basedOn w:val="Navadnatabe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rednjamrea2">
    <w:name w:val="Medium Grid 2"/>
    <w:basedOn w:val="Navadnatabe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1">
    <w:name w:val="Medium Grid 2 Accent 1"/>
    <w:basedOn w:val="Navadnatabe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2">
    <w:name w:val="Medium Grid 2 Accent 2"/>
    <w:basedOn w:val="Navadnatabe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3">
    <w:name w:val="Medium Grid 2 Accent 3"/>
    <w:basedOn w:val="Navadnatabe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4">
    <w:name w:val="Medium Grid 2 Accent 4"/>
    <w:basedOn w:val="Navadnatabe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5">
    <w:name w:val="Medium Grid 2 Accent 5"/>
    <w:basedOn w:val="Navadnatabe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6">
    <w:name w:val="Medium Grid 2 Accent 6"/>
    <w:basedOn w:val="Navadnatabe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3">
    <w:name w:val="Medium Grid 3"/>
    <w:basedOn w:val="Navadnatabe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mrea3poudarek1">
    <w:name w:val="Medium Grid 3 Accent 1"/>
    <w:basedOn w:val="Navadnatabe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rednjamrea3poudarek2">
    <w:name w:val="Medium Grid 3 Accent 2"/>
    <w:basedOn w:val="Navadnatabe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rednjamrea3poudarek3">
    <w:name w:val="Medium Grid 3 Accent 3"/>
    <w:basedOn w:val="Navadnatabe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rednjamrea3poudarek4">
    <w:name w:val="Medium Grid 3 Accent 4"/>
    <w:basedOn w:val="Navadnatabe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rednjamrea3poudarek5">
    <w:name w:val="Medium Grid 3 Accent 5"/>
    <w:basedOn w:val="Navadnatabe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rednjamrea3poudarek6">
    <w:name w:val="Medium Grid 3 Accent 6"/>
    <w:basedOn w:val="Navadnatabe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emenseznam">
    <w:name w:val="Dark List"/>
    <w:basedOn w:val="Navadnatabe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emenseznampoudarek1">
    <w:name w:val="Dark List Accent 1"/>
    <w:basedOn w:val="Navadnatabe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emenseznampoudarek2">
    <w:name w:val="Dark List Accent 2"/>
    <w:basedOn w:val="Navadnatabe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emenseznampoudarek3">
    <w:name w:val="Dark List Accent 3"/>
    <w:basedOn w:val="Navadnatabe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emenseznampoudarek4">
    <w:name w:val="Dark List Accent 4"/>
    <w:basedOn w:val="Navadnatabe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emenseznampoudarek5">
    <w:name w:val="Dark List Accent 5"/>
    <w:basedOn w:val="Navadnatabe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emenseznampoudarek6">
    <w:name w:val="Dark List Accent 6"/>
    <w:basedOn w:val="Navadnatabe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vnosenenje">
    <w:name w:val="Colorful Shading"/>
    <w:basedOn w:val="Navadnatabe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1">
    <w:name w:val="Colorful Shading Accent 1"/>
    <w:basedOn w:val="Navadnatabe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2">
    <w:name w:val="Colorful Shading Accent 2"/>
    <w:basedOn w:val="Navadnatabe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3">
    <w:name w:val="Colorful Shading Accent 3"/>
    <w:basedOn w:val="Navadnatabe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vnosenenjepoudarek4">
    <w:name w:val="Colorful Shading Accent 4"/>
    <w:basedOn w:val="Navadnatabe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5">
    <w:name w:val="Colorful Shading Accent 5"/>
    <w:basedOn w:val="Navadnatabe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6">
    <w:name w:val="Colorful Shading Accent 6"/>
    <w:basedOn w:val="Navadnatabe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iseznam">
    <w:name w:val="Colorful List"/>
    <w:basedOn w:val="Navadnatabe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vniseznampoudarek1">
    <w:name w:val="Colorful List Accent 1"/>
    <w:basedOn w:val="Navadnatabe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vniseznampoudarek2">
    <w:name w:val="Colorful List Accent 2"/>
    <w:basedOn w:val="Navadnatabe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venseznampoudarek3">
    <w:name w:val="Colorful List Accent 3"/>
    <w:basedOn w:val="Navadnatabe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vniseznampoudarek4">
    <w:name w:val="Colorful List Accent 4"/>
    <w:basedOn w:val="Navadnatabe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vniseznampoudarek5">
    <w:name w:val="Colorful List Accent 5"/>
    <w:basedOn w:val="Navadnatabe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vniseznampoudarek6">
    <w:name w:val="Colorful List Accent 6"/>
    <w:basedOn w:val="Navadnatabe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vnamrea">
    <w:name w:val="Colorful Grid"/>
    <w:basedOn w:val="Navadnatabe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vnamreapoudarek1">
    <w:name w:val="Colorful Grid Accent 1"/>
    <w:basedOn w:val="Navadnatabe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vnamreapoudarek2">
    <w:name w:val="Colorful Grid Accent 2"/>
    <w:basedOn w:val="Navadnatabe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vnamreapoudarek3">
    <w:name w:val="Colorful Grid Accent 3"/>
    <w:basedOn w:val="Navadnatabe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vnamreapoudarek4">
    <w:name w:val="Colorful Grid Accent 4"/>
    <w:basedOn w:val="Navadnatabe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vnamreapoudarek5">
    <w:name w:val="Colorful Grid Accent 5"/>
    <w:basedOn w:val="Navadnatabe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vnamreapoudarek6">
    <w:name w:val="Colorful Grid Accent 6"/>
    <w:basedOn w:val="Navadnatabe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Jasmina</cp:lastModifiedBy>
  <cp:revision>2</cp:revision>
  <dcterms:created xsi:type="dcterms:W3CDTF">2025-09-16T19:24:00Z</dcterms:created>
  <dcterms:modified xsi:type="dcterms:W3CDTF">2025-09-16T19:24:00Z</dcterms:modified>
  <cp:category/>
</cp:coreProperties>
</file>