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FC07" w14:textId="77777777" w:rsidR="006B10B2" w:rsidRDefault="00BA505B">
      <w:pPr>
        <w:pStyle w:val="Naslov1"/>
      </w:pPr>
      <w:r>
        <w:t>Class Pledge Slips</w:t>
      </w:r>
    </w:p>
    <w:p w14:paraId="64B25C0D" w14:textId="77777777" w:rsidR="006B10B2" w:rsidRDefault="00BA505B">
      <w:r>
        <w:t>Each student signs a slip with one small action they promise to try this week.</w:t>
      </w:r>
    </w:p>
    <w:p w14:paraId="298251D0" w14:textId="77777777" w:rsidR="006B10B2" w:rsidRDefault="00BA505B">
      <w:r>
        <w:t>--- Pledge Slip 1 ---</w:t>
      </w:r>
    </w:p>
    <w:p w14:paraId="07897268" w14:textId="77777777" w:rsidR="006B10B2" w:rsidRDefault="00BA505B">
      <w:r>
        <w:t>This week I will try: ___________________________</w:t>
      </w:r>
    </w:p>
    <w:p w14:paraId="3EF6AB17" w14:textId="77777777" w:rsidR="006B10B2" w:rsidRDefault="00BA505B">
      <w:r>
        <w:t>My Name: ___________________________</w:t>
      </w:r>
    </w:p>
    <w:p w14:paraId="180E6ABF" w14:textId="77777777" w:rsidR="006B10B2" w:rsidRDefault="00BA505B">
      <w:r>
        <w:br/>
      </w:r>
    </w:p>
    <w:p w14:paraId="7C21EF9C" w14:textId="77777777" w:rsidR="006B10B2" w:rsidRDefault="00BA505B">
      <w:r>
        <w:t>--- Pledge Slip 2 ---</w:t>
      </w:r>
    </w:p>
    <w:p w14:paraId="3CF225CA" w14:textId="77777777" w:rsidR="006B10B2" w:rsidRDefault="00BA505B">
      <w:r>
        <w:t xml:space="preserve">This week I will </w:t>
      </w:r>
      <w:r>
        <w:t>try: ___________________________</w:t>
      </w:r>
    </w:p>
    <w:p w14:paraId="30A08270" w14:textId="77777777" w:rsidR="006B10B2" w:rsidRDefault="00BA505B">
      <w:r>
        <w:t>My Name: ___________________________</w:t>
      </w:r>
    </w:p>
    <w:p w14:paraId="18B8C42D" w14:textId="77777777" w:rsidR="006B10B2" w:rsidRDefault="00BA505B">
      <w:r>
        <w:br/>
      </w:r>
    </w:p>
    <w:p w14:paraId="034AC2C0" w14:textId="77777777" w:rsidR="006B10B2" w:rsidRDefault="00BA505B">
      <w:r>
        <w:t>--- Pledge Slip 3 ---</w:t>
      </w:r>
    </w:p>
    <w:p w14:paraId="661DEF67" w14:textId="77777777" w:rsidR="006B10B2" w:rsidRDefault="00BA505B">
      <w:r>
        <w:t>This week I will try: ___________________________</w:t>
      </w:r>
    </w:p>
    <w:p w14:paraId="25763058" w14:textId="77777777" w:rsidR="006B10B2" w:rsidRDefault="00BA505B">
      <w:r>
        <w:t>My Name: ___________________________</w:t>
      </w:r>
    </w:p>
    <w:p w14:paraId="422955FE" w14:textId="77777777" w:rsidR="006B10B2" w:rsidRDefault="00BA505B">
      <w:r>
        <w:br/>
      </w:r>
    </w:p>
    <w:p w14:paraId="46D4C9B0" w14:textId="77777777" w:rsidR="006B10B2" w:rsidRDefault="00BA505B">
      <w:r>
        <w:t>--- Pledge Slip 4 ---</w:t>
      </w:r>
    </w:p>
    <w:p w14:paraId="6C4A4BA9" w14:textId="77777777" w:rsidR="006B10B2" w:rsidRDefault="00BA505B">
      <w:r>
        <w:t>This week I will try: ___________________________</w:t>
      </w:r>
    </w:p>
    <w:p w14:paraId="794593B8" w14:textId="77777777" w:rsidR="006B10B2" w:rsidRDefault="00BA505B">
      <w:r>
        <w:t>My Name: ___________________________</w:t>
      </w:r>
    </w:p>
    <w:p w14:paraId="7D40E776" w14:textId="77777777" w:rsidR="006B10B2" w:rsidRDefault="00BA505B">
      <w:r>
        <w:br/>
      </w:r>
    </w:p>
    <w:p w14:paraId="3DFC902E" w14:textId="77777777" w:rsidR="006B10B2" w:rsidRDefault="00BA505B">
      <w:r>
        <w:t>--- Pledge Slip 5 ---</w:t>
      </w:r>
    </w:p>
    <w:p w14:paraId="1D34075C" w14:textId="77777777" w:rsidR="006B10B2" w:rsidRDefault="00BA505B">
      <w:r>
        <w:t>This week I will try: ___________________________</w:t>
      </w:r>
    </w:p>
    <w:p w14:paraId="700B154F" w14:textId="77777777" w:rsidR="006B10B2" w:rsidRDefault="00BA505B">
      <w:r>
        <w:t>My Name: ___________________________</w:t>
      </w:r>
    </w:p>
    <w:p w14:paraId="743D5D13" w14:textId="77777777" w:rsidR="006B10B2" w:rsidRDefault="00BA505B">
      <w:r>
        <w:br/>
      </w:r>
    </w:p>
    <w:p w14:paraId="712898F6" w14:textId="77777777" w:rsidR="006B10B2" w:rsidRDefault="00BA505B">
      <w:r>
        <w:lastRenderedPageBreak/>
        <w:t>--- Pledge Slip 6 ---</w:t>
      </w:r>
    </w:p>
    <w:p w14:paraId="3D810755" w14:textId="77777777" w:rsidR="006B10B2" w:rsidRDefault="00BA505B">
      <w:r>
        <w:t>This week I will try: ___________________________</w:t>
      </w:r>
    </w:p>
    <w:p w14:paraId="1A032C5C" w14:textId="77777777" w:rsidR="006B10B2" w:rsidRDefault="00BA505B">
      <w:r>
        <w:t>My Name: ___________________________</w:t>
      </w:r>
    </w:p>
    <w:p w14:paraId="06C98F28" w14:textId="77777777" w:rsidR="006B10B2" w:rsidRDefault="00BA505B">
      <w:r>
        <w:br/>
      </w:r>
    </w:p>
    <w:sectPr w:rsidR="006B10B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1858785">
    <w:abstractNumId w:val="8"/>
  </w:num>
  <w:num w:numId="2" w16cid:durableId="1518424341">
    <w:abstractNumId w:val="6"/>
  </w:num>
  <w:num w:numId="3" w16cid:durableId="1856187123">
    <w:abstractNumId w:val="5"/>
  </w:num>
  <w:num w:numId="4" w16cid:durableId="2107266931">
    <w:abstractNumId w:val="4"/>
  </w:num>
  <w:num w:numId="5" w16cid:durableId="2014069451">
    <w:abstractNumId w:val="7"/>
  </w:num>
  <w:num w:numId="6" w16cid:durableId="1335913120">
    <w:abstractNumId w:val="3"/>
  </w:num>
  <w:num w:numId="7" w16cid:durableId="1671634274">
    <w:abstractNumId w:val="2"/>
  </w:num>
  <w:num w:numId="8" w16cid:durableId="1342049831">
    <w:abstractNumId w:val="1"/>
  </w:num>
  <w:num w:numId="9" w16cid:durableId="41316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B10B2"/>
    <w:rsid w:val="00AA1D8D"/>
    <w:rsid w:val="00B47730"/>
    <w:rsid w:val="00BA505B"/>
    <w:rsid w:val="00CB0664"/>
    <w:rsid w:val="00E478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AB5477"/>
  <w14:defaultImageDpi w14:val="300"/>
  <w15:docId w15:val="{F0CE616E-8F3A-4A14-AAB7-DEEF6180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Jasmina</cp:lastModifiedBy>
  <cp:revision>2</cp:revision>
  <dcterms:created xsi:type="dcterms:W3CDTF">2025-09-16T19:14:00Z</dcterms:created>
  <dcterms:modified xsi:type="dcterms:W3CDTF">2025-09-16T19:14:00Z</dcterms:modified>
  <cp:category/>
</cp:coreProperties>
</file>