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B48D0" w14:textId="77777777" w:rsidR="00FD382B" w:rsidRDefault="00264AEA">
      <w:pPr>
        <w:pStyle w:val="Naslov1"/>
      </w:pPr>
      <w:r>
        <w:t>Stand Up If… Food Waste Statements</w:t>
      </w:r>
    </w:p>
    <w:p w14:paraId="76155470" w14:textId="77777777" w:rsidR="00FD382B" w:rsidRDefault="00264AEA">
      <w:r>
        <w:t>The teacher reads the statements one by one. Students stand up if the statement applies to them or if they agree.</w:t>
      </w:r>
      <w:r>
        <w:br/>
      </w:r>
    </w:p>
    <w:p w14:paraId="2B5536B6" w14:textId="77777777" w:rsidR="00FD382B" w:rsidRDefault="00264AEA">
      <w:r>
        <w:t>1. I have thrown away food at home in the past week.</w:t>
      </w:r>
    </w:p>
    <w:p w14:paraId="7F20BEDA" w14:textId="77777777" w:rsidR="00FD382B" w:rsidRDefault="00264AEA">
      <w:r>
        <w:t>2. Sometimes I take more food than I can eat.</w:t>
      </w:r>
    </w:p>
    <w:p w14:paraId="2646B020" w14:textId="77777777" w:rsidR="00FD382B" w:rsidRDefault="00264AEA">
      <w:r>
        <w:t xml:space="preserve">3. I </w:t>
      </w:r>
      <w:r>
        <w:t>know what the label 'use by' means.</w:t>
      </w:r>
    </w:p>
    <w:p w14:paraId="00DF8A14" w14:textId="77777777" w:rsidR="00FD382B" w:rsidRDefault="00264AEA">
      <w:r>
        <w:t>4. I know what the label 'best before' means.</w:t>
      </w:r>
    </w:p>
    <w:p w14:paraId="1AC0DB90" w14:textId="77777777" w:rsidR="00FD382B" w:rsidRDefault="00264AEA">
      <w:r>
        <w:t>5. I have eaten food after the date on the label, and it was still fine.</w:t>
      </w:r>
    </w:p>
    <w:p w14:paraId="73B3E2ED" w14:textId="77777777" w:rsidR="00FD382B" w:rsidRDefault="00264AEA">
      <w:r>
        <w:t>6. I know how much food is wasted on average in Slovenia every year.</w:t>
      </w:r>
    </w:p>
    <w:p w14:paraId="57158B9B" w14:textId="77777777" w:rsidR="00FD382B" w:rsidRDefault="00264AEA">
      <w:r>
        <w:t>7. I think the school canteen should measure the food waste.</w:t>
      </w:r>
    </w:p>
    <w:p w14:paraId="709991F2" w14:textId="77777777" w:rsidR="00FD382B" w:rsidRDefault="00264AEA">
      <w:r>
        <w:t>8. At home, we sometimes use leftovers to make a new dish (e.g., soup, omelette).</w:t>
      </w:r>
    </w:p>
    <w:p w14:paraId="4E80EC8C" w14:textId="77777777" w:rsidR="00FD382B" w:rsidRDefault="00264AEA">
      <w:r>
        <w:t>9. I have already helped reduce food waste at a family meal.</w:t>
      </w:r>
    </w:p>
    <w:p w14:paraId="42FF859C" w14:textId="77777777" w:rsidR="00FD382B" w:rsidRDefault="00264AEA">
      <w:r>
        <w:t>10. I believe food waste has a big impact on climate change.</w:t>
      </w:r>
    </w:p>
    <w:p w14:paraId="5FB587D6" w14:textId="77777777" w:rsidR="00FD382B" w:rsidRDefault="00264AEA">
      <w:r>
        <w:t>11. I often eat leftovers the next day.</w:t>
      </w:r>
    </w:p>
    <w:p w14:paraId="52291899" w14:textId="77777777" w:rsidR="00FD382B" w:rsidRDefault="00264AEA">
      <w:r>
        <w:t>12. I prefer to take less food and go for seconds, rather than leaving food on my plate.</w:t>
      </w:r>
    </w:p>
    <w:p w14:paraId="0DA18917" w14:textId="77777777" w:rsidR="00FD382B" w:rsidRDefault="00264AEA">
      <w:r>
        <w:t>13. I often buy locally produced food.</w:t>
      </w:r>
    </w:p>
    <w:p w14:paraId="0914F33A" w14:textId="77777777" w:rsidR="00FD382B" w:rsidRDefault="00264AEA">
      <w:r>
        <w:t>14. I think composting is a good solution for food leftovers.</w:t>
      </w:r>
    </w:p>
    <w:p w14:paraId="03C3B092" w14:textId="77777777" w:rsidR="00FD382B" w:rsidRDefault="00264AEA">
      <w:r>
        <w:t>15. I would like to join a school campaign to reduce food waste.</w:t>
      </w:r>
    </w:p>
    <w:sectPr w:rsidR="00FD382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7826084">
    <w:abstractNumId w:val="8"/>
  </w:num>
  <w:num w:numId="2" w16cid:durableId="866912852">
    <w:abstractNumId w:val="6"/>
  </w:num>
  <w:num w:numId="3" w16cid:durableId="1230068414">
    <w:abstractNumId w:val="5"/>
  </w:num>
  <w:num w:numId="4" w16cid:durableId="484199915">
    <w:abstractNumId w:val="4"/>
  </w:num>
  <w:num w:numId="5" w16cid:durableId="20664987">
    <w:abstractNumId w:val="7"/>
  </w:num>
  <w:num w:numId="6" w16cid:durableId="534971572">
    <w:abstractNumId w:val="3"/>
  </w:num>
  <w:num w:numId="7" w16cid:durableId="1877230152">
    <w:abstractNumId w:val="2"/>
  </w:num>
  <w:num w:numId="8" w16cid:durableId="651716330">
    <w:abstractNumId w:val="1"/>
  </w:num>
  <w:num w:numId="9" w16cid:durableId="2108035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4AEA"/>
    <w:rsid w:val="0029639D"/>
    <w:rsid w:val="00326F90"/>
    <w:rsid w:val="006656FA"/>
    <w:rsid w:val="00AA1D8D"/>
    <w:rsid w:val="00B47730"/>
    <w:rsid w:val="00CB0664"/>
    <w:rsid w:val="00FC693F"/>
    <w:rsid w:val="00FD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61F2EC"/>
  <w14:defaultImageDpi w14:val="300"/>
  <w15:docId w15:val="{172C5939-78E7-45A3-9E96-DB456C491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Jasmina</cp:lastModifiedBy>
  <cp:revision>2</cp:revision>
  <dcterms:created xsi:type="dcterms:W3CDTF">2025-10-04T17:28:00Z</dcterms:created>
  <dcterms:modified xsi:type="dcterms:W3CDTF">2025-10-04T17:28:00Z</dcterms:modified>
  <cp:category/>
</cp:coreProperties>
</file>